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Согласие на передачу данных исполнителю, координатору и менеджеру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согласия: `data-transfer-consent-20260708`.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Я даю согласие сервису «Родное участие» передавать менеджеру, координатору и назначенному исполнителю минимально необходимые сведения для организации услуги.</w:t>
      </w:r>
    </w:p>
    <w:p>
      <w:pPr>
        <w:pStyle w:val="Heading1"/>
      </w:pPr>
      <w:r>
        <w:t>1. Какие данные могут передаваться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имя клиента и контакт для связи;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имя подопечного;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адрес оказания услуги;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график и длительность смены;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перечень бытовых задач;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ограничения, важные для безопасности;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экстренный контакт;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сведения о состоянии здоровья только при отдельном согласии.</w:t>
      </w:r>
    </w:p>
    <w:p>
      <w:pPr>
        <w:pStyle w:val="Heading1"/>
      </w:pPr>
      <w:r>
        <w:t>2. Цель передачи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Данные передаются для консультации, подбора исполнителя, подготовки чек-листа, контроля выхода на смену, отчета семье, обработки замечаний, претензий и инцидентов.</w:t>
      </w:r>
    </w:p>
    <w:p>
      <w:pPr>
        <w:pStyle w:val="Heading1"/>
      </w:pPr>
      <w:r>
        <w:t>3. Ограничения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Исполнитель получает только данные, необходимые для конкретной услуги. Исполнитель обязан соблюдать конфиденциальность и не вправе публиковать, пересылать или использовать данные вне задания.</w:t>
      </w:r>
    </w:p>
    <w:p>
      <w:pPr>
        <w:pStyle w:val="Heading1"/>
      </w:pPr>
      <w:r>
        <w:t>4. Подтверждение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Клиент: ____________________ /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Transfer Consent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