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 менеджера заявок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Ответственность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Менеджер принимает звонки, заявки с сайта, мессенджеров, карт и рекламы, проводит первичную консультацию, объясняет стоимость и границы сервиса, заводит лид в CRM и передает заявку координатору.</w:t>
      </w:r>
    </w:p>
    <w:p>
      <w:pPr>
        <w:pStyle w:val="Heading1"/>
      </w:pPr>
      <w:r>
        <w:t>Обязательные шаги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Уточнить город: только Владивосток или Артем.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Уточнить адрес или район.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Получить ФИО и телефон заказчика.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Уточнить ФИО, возраст, состояние и подвижность подопечного только в объеме, нужном для бытовой помощи.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Уточнить услугу, график, дату первого выхода, бюджет, срочность и особые условия.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Объяснить, что сервис не оказывает медицинские услуги без лицензии.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Зафиксировать согласие на обработку персональных данных.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Передать заявку координатору.</w:t>
      </w:r>
    </w:p>
    <w:p>
      <w:pPr>
        <w:pStyle w:val="Heading1"/>
      </w:pPr>
      <w:r>
        <w:t>Обязательные поля заявки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Город, адрес, ФИО заказчика, телефон, ФИО подопечного, возраст, состояние, подвижность, сведения о диагнозах только если семья сама сообщает, деменция, вес, услуга, график, дата первого выхода, особые условия, согласия.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обещать лечение, выздоровление, медицинский результат, конкретную сиделку без подтверждения координатора.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Instruction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