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уход на дому 8 часов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Обеспечить дневной бытовой уход и присмотр, когда родственники не могут быть рядом днем.</w:t>
      </w:r>
    </w:p>
    <w:p>
      <w:pPr>
        <w:pStyle w:val="Heading1"/>
      </w:pPr>
      <w:r>
        <w:t>Что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Дневное присутствие, помощь с питанием, гигиеной, бытовыми задачами, прогулкой и отчетом семье.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Наблюдение врача или медсестры, назначение препаратов, обещание результата.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Подтвердить выход, график, питание, бытовые ограничения и контакт координатора.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Следить за бытовой безопасностью, помогать по согласованному плану, фиксировать отклонения от обычной ситуации.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Передать полный итог дня: время, питание, гигиена, прогулка, настроение, сложности.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Немедленно сообщить координатору и родственникам, вызвать скорую помощь при угрозе жизни.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выполнять медицинские манипуляции, не хранить ценности, не публиковать данные.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8 Hours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