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Инструкция: уход на дому 12 часов день/ночь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Цель услуги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Обеспечить длительный бытовой уход днем или ночью, помощь с питанием, гигиеной и присмотром.</w:t>
      </w:r>
    </w:p>
    <w:p>
      <w:pPr>
        <w:pStyle w:val="Heading1"/>
      </w:pPr>
      <w:r>
        <w:t>Что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12 часов присутствия, бытовой уход, контроль безопасности, отчет после смены.</w:t>
      </w:r>
    </w:p>
    <w:p>
      <w:pPr>
        <w:pStyle w:val="Heading1"/>
      </w:pPr>
      <w:r>
        <w:t>Что не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Медицинские процедуры, самостоятельная смена дозировок, работа без связи с координатором.</w:t>
      </w:r>
    </w:p>
    <w:p>
      <w:pPr>
        <w:pStyle w:val="Heading1"/>
      </w:pPr>
      <w:r>
        <w:t>До начала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Уточнить дневной или ночной формат, место отдыха, доступ к воде, питанию, средствам ухода и контактам.</w:t>
      </w:r>
    </w:p>
    <w:p>
      <w:pPr>
        <w:pStyle w:val="Heading1"/>
      </w:pPr>
      <w:r>
        <w:t>Во время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Соблюдать режим подопечного, фиксировать тревожные изменения, не оставлять человека без согласованной замены.</w:t>
      </w:r>
    </w:p>
    <w:p>
      <w:pPr>
        <w:pStyle w:val="Heading1"/>
      </w:pPr>
      <w:r>
        <w:t>Отчет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Передать итог смены, сон, питание, гигиену, настроение, сложности и рекомендации по быту.</w:t>
      </w:r>
    </w:p>
    <w:p>
      <w:pPr>
        <w:pStyle w:val="Heading1"/>
      </w:pPr>
      <w:r>
        <w:t>Нештатная ситуация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Связаться с координатором и родственниками, вызвать скорую помощь при необходимости.</w:t>
      </w:r>
    </w:p>
    <w:p>
      <w:pPr>
        <w:pStyle w:val="Heading1"/>
      </w:pPr>
      <w:r>
        <w:t>Запреты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Не выполнять медицинские манипуляции, не принимать самостоятельных решений по лечению.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инструкцией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Care 12 Hours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