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Лист ознакомления сиделки с инструкциями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Сиделка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ФИО: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Телефон: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Город: Владивосток / Артем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Дата:</w:t>
      </w:r>
    </w:p>
    <w:p>
      <w:pPr>
        <w:pStyle w:val="Heading1"/>
      </w:pPr>
      <w:r>
        <w:t>Инструкции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Общая инструкция сиделки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Разовый визит до 2 часов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Уход на дому 4 часа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Уход на дому 8 часов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Уход на дому 12 часов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Суточный уход на дому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Сиделка в стационар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Сиделка с проживанием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Пакет «Спокойствие семьи»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Соглашение о конфиденциальности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Правила работы с персональными данными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инструкциями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Acknowledgement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